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B1F" w:rsidRDefault="00C112E0" w:rsidP="00AC7E41">
      <w:pPr>
        <w:spacing w:after="240" w:line="240" w:lineRule="auto"/>
        <w:ind w:firstLine="720"/>
        <w:jc w:val="both"/>
      </w:pPr>
      <w:proofErr w:type="spellStart"/>
      <w:proofErr w:type="gramStart"/>
      <w:r>
        <w:t>Скупштина</w:t>
      </w:r>
      <w:proofErr w:type="spellEnd"/>
      <w:r>
        <w:t xml:space="preserve"> </w:t>
      </w:r>
      <w:proofErr w:type="spellStart"/>
      <w:r>
        <w:t>Градске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Вождовац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седници</w:t>
      </w:r>
      <w:proofErr w:type="spellEnd"/>
      <w:r>
        <w:t xml:space="preserve"> </w:t>
      </w:r>
      <w:proofErr w:type="spellStart"/>
      <w:r>
        <w:t>одржаној</w:t>
      </w:r>
      <w:proofErr w:type="spellEnd"/>
      <w:r>
        <w:t xml:space="preserve"> </w:t>
      </w:r>
      <w:r w:rsidR="00D2652E">
        <w:rPr>
          <w:lang/>
        </w:rPr>
        <w:t>07.</w:t>
      </w:r>
      <w:proofErr w:type="gramEnd"/>
      <w:r w:rsidR="00D2652E">
        <w:rPr>
          <w:lang/>
        </w:rPr>
        <w:t xml:space="preserve"> септембра </w:t>
      </w:r>
      <w:r>
        <w:t>202</w:t>
      </w:r>
      <w:r w:rsidR="003068CE">
        <w:rPr>
          <w:lang/>
        </w:rPr>
        <w:t>6</w:t>
      </w:r>
      <w:r>
        <w:t>.</w:t>
      </w:r>
      <w:r w:rsidR="00AC7E41">
        <w:rPr>
          <w:lang/>
        </w:rPr>
        <w:t xml:space="preserve"> </w:t>
      </w:r>
      <w:proofErr w:type="spellStart"/>
      <w:proofErr w:type="gramStart"/>
      <w:r>
        <w:t>године</w:t>
      </w:r>
      <w:proofErr w:type="spellEnd"/>
      <w:proofErr w:type="gram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24. </w:t>
      </w:r>
      <w:proofErr w:type="spellStart"/>
      <w:proofErr w:type="gramStart"/>
      <w:r>
        <w:t>став</w:t>
      </w:r>
      <w:proofErr w:type="spellEnd"/>
      <w:proofErr w:type="gramEnd"/>
      <w:r>
        <w:t xml:space="preserve"> 3. </w:t>
      </w:r>
      <w:proofErr w:type="gramStart"/>
      <w:r>
        <w:t>и</w:t>
      </w:r>
      <w:proofErr w:type="gramEnd"/>
      <w:r>
        <w:t xml:space="preserve"> </w:t>
      </w:r>
      <w:proofErr w:type="spellStart"/>
      <w:r>
        <w:t>члана</w:t>
      </w:r>
      <w:proofErr w:type="spellEnd"/>
      <w:r>
        <w:t xml:space="preserve"> 41. </w:t>
      </w:r>
      <w:proofErr w:type="spellStart"/>
      <w:proofErr w:type="gramStart"/>
      <w:r>
        <w:t>став</w:t>
      </w:r>
      <w:proofErr w:type="spellEnd"/>
      <w:proofErr w:type="gramEnd"/>
      <w:r>
        <w:t xml:space="preserve"> 3. </w:t>
      </w:r>
      <w:r w:rsidR="00034F25">
        <w:rPr>
          <w:lang/>
        </w:rPr>
        <w:t xml:space="preserve">и став 4. </w:t>
      </w:r>
      <w:proofErr w:type="spellStart"/>
      <w:proofErr w:type="gramStart"/>
      <w:r>
        <w:t>Закона</w:t>
      </w:r>
      <w:proofErr w:type="spellEnd"/>
      <w:r>
        <w:t xml:space="preserve"> о </w:t>
      </w:r>
      <w:proofErr w:type="spellStart"/>
      <w:r>
        <w:t>јавним</w:t>
      </w:r>
      <w:proofErr w:type="spellEnd"/>
      <w:r>
        <w:t xml:space="preserve"> </w:t>
      </w:r>
      <w:proofErr w:type="spellStart"/>
      <w:r>
        <w:t>предузећима</w:t>
      </w:r>
      <w:proofErr w:type="spellEnd"/>
      <w:r>
        <w:t xml:space="preserve">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РС“, </w:t>
      </w:r>
      <w:proofErr w:type="spellStart"/>
      <w:r>
        <w:t>бр</w:t>
      </w:r>
      <w:proofErr w:type="spellEnd"/>
      <w:r>
        <w:t>. 15/16 и 88/19)</w:t>
      </w:r>
      <w:r w:rsidR="001E6923">
        <w:rPr>
          <w:lang/>
        </w:rPr>
        <w:t xml:space="preserve"> и чл.</w:t>
      </w:r>
      <w:proofErr w:type="gramEnd"/>
      <w:r w:rsidR="001E6923">
        <w:rPr>
          <w:lang/>
        </w:rPr>
        <w:t xml:space="preserve"> 28. став 1. тачка 8 Статута Градске општине Вождовац – пречишћен текст („Сл. Лист града Београда 96/19), </w:t>
      </w:r>
      <w:proofErr w:type="spellStart"/>
      <w:r>
        <w:t>донела</w:t>
      </w:r>
      <w:proofErr w:type="spellEnd"/>
      <w:r>
        <w:t xml:space="preserve"> </w:t>
      </w:r>
      <w:proofErr w:type="spellStart"/>
      <w:r>
        <w:t>је</w:t>
      </w:r>
      <w:proofErr w:type="spellEnd"/>
    </w:p>
    <w:p w:rsidR="006F3B1F" w:rsidRDefault="00C112E0">
      <w:pPr>
        <w:spacing w:after="240" w:line="240" w:lineRule="auto"/>
        <w:jc w:val="center"/>
      </w:pPr>
      <w:r>
        <w:rPr>
          <w:b/>
        </w:rPr>
        <w:t>РЕШЕЊЕ</w:t>
      </w:r>
    </w:p>
    <w:p w:rsidR="006F3B1F" w:rsidRDefault="00C112E0">
      <w:pPr>
        <w:spacing w:after="120" w:line="240" w:lineRule="auto"/>
        <w:jc w:val="both"/>
      </w:pPr>
      <w:r>
        <w:t xml:space="preserve">1. </w:t>
      </w:r>
      <w:proofErr w:type="spellStart"/>
      <w:r>
        <w:t>Именује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Милан</w:t>
      </w:r>
      <w:proofErr w:type="spellEnd"/>
      <w:r>
        <w:t xml:space="preserve"> </w:t>
      </w:r>
      <w:proofErr w:type="spellStart"/>
      <w:r>
        <w:t>Тадић</w:t>
      </w:r>
      <w:proofErr w:type="spellEnd"/>
      <w:r>
        <w:t xml:space="preserve">, </w:t>
      </w:r>
      <w:proofErr w:type="spellStart"/>
      <w:r>
        <w:t>дипл</w:t>
      </w:r>
      <w:proofErr w:type="spellEnd"/>
      <w:r>
        <w:t xml:space="preserve">. </w:t>
      </w:r>
      <w:proofErr w:type="spellStart"/>
      <w:proofErr w:type="gramStart"/>
      <w:r>
        <w:t>економиста</w:t>
      </w:r>
      <w:proofErr w:type="spellEnd"/>
      <w:proofErr w:type="gramEnd"/>
      <w:r>
        <w:t xml:space="preserve">,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Београда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 „</w:t>
      </w:r>
      <w:proofErr w:type="spellStart"/>
      <w:r>
        <w:t>Пословни</w:t>
      </w:r>
      <w:proofErr w:type="spellEnd"/>
      <w:r>
        <w:t xml:space="preserve"> </w:t>
      </w:r>
      <w:proofErr w:type="spellStart"/>
      <w:r>
        <w:t>центар</w:t>
      </w:r>
      <w:proofErr w:type="spellEnd"/>
      <w:r>
        <w:t xml:space="preserve"> - </w:t>
      </w:r>
      <w:proofErr w:type="spellStart"/>
      <w:r>
        <w:t>Вождовац</w:t>
      </w:r>
      <w:proofErr w:type="spellEnd"/>
      <w:r>
        <w:t xml:space="preserve">“,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четири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спроведеног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>.</w:t>
      </w:r>
    </w:p>
    <w:p w:rsidR="006F3B1F" w:rsidRDefault="00C112E0">
      <w:pPr>
        <w:spacing w:after="120" w:line="240" w:lineRule="auto"/>
        <w:jc w:val="both"/>
      </w:pPr>
      <w:r>
        <w:t xml:space="preserve">2. </w:t>
      </w:r>
      <w:proofErr w:type="spellStart"/>
      <w:r>
        <w:t>Именовани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ступи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функцију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осам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објављивања</w:t>
      </w:r>
      <w:proofErr w:type="spellEnd"/>
      <w:r>
        <w:t xml:space="preserve"> </w:t>
      </w:r>
      <w:proofErr w:type="spellStart"/>
      <w:r>
        <w:t>решења</w:t>
      </w:r>
      <w:proofErr w:type="spellEnd"/>
      <w:r>
        <w:t xml:space="preserve"> о </w:t>
      </w:r>
      <w:proofErr w:type="spellStart"/>
      <w:r>
        <w:t>именовању</w:t>
      </w:r>
      <w:proofErr w:type="spellEnd"/>
      <w:r>
        <w:t xml:space="preserve"> у „</w:t>
      </w:r>
      <w:proofErr w:type="spellStart"/>
      <w:r>
        <w:t>Службеном</w:t>
      </w:r>
      <w:proofErr w:type="spellEnd"/>
      <w:r>
        <w:t xml:space="preserve"> </w:t>
      </w:r>
      <w:proofErr w:type="spellStart"/>
      <w:r>
        <w:t>гласнику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Србије</w:t>
      </w:r>
      <w:proofErr w:type="spellEnd"/>
      <w:r>
        <w:t>“.</w:t>
      </w:r>
    </w:p>
    <w:p w:rsidR="006F3B1F" w:rsidRDefault="00C112E0">
      <w:pPr>
        <w:spacing w:after="120" w:line="240" w:lineRule="auto"/>
        <w:jc w:val="both"/>
      </w:pPr>
      <w:r>
        <w:t xml:space="preserve">3. </w:t>
      </w:r>
      <w:proofErr w:type="spellStart"/>
      <w:r>
        <w:t>Ово</w:t>
      </w:r>
      <w:proofErr w:type="spellEnd"/>
      <w:r>
        <w:t xml:space="preserve"> </w:t>
      </w:r>
      <w:proofErr w:type="spellStart"/>
      <w:r>
        <w:t>решење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коначно</w:t>
      </w:r>
      <w:proofErr w:type="spellEnd"/>
      <w:r>
        <w:t>.</w:t>
      </w:r>
    </w:p>
    <w:p w:rsidR="006F3B1F" w:rsidRDefault="00C112E0">
      <w:pPr>
        <w:spacing w:after="120" w:line="240" w:lineRule="auto"/>
        <w:jc w:val="both"/>
      </w:pPr>
      <w:r>
        <w:t xml:space="preserve">4. </w:t>
      </w:r>
      <w:proofErr w:type="spellStart"/>
      <w:r>
        <w:t>Ово</w:t>
      </w:r>
      <w:proofErr w:type="spellEnd"/>
      <w:r>
        <w:t xml:space="preserve"> </w:t>
      </w:r>
      <w:proofErr w:type="spellStart"/>
      <w:r>
        <w:t>решење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образложењем</w:t>
      </w:r>
      <w:proofErr w:type="spellEnd"/>
      <w:r>
        <w:t xml:space="preserve"> </w:t>
      </w:r>
      <w:proofErr w:type="spellStart"/>
      <w:r>
        <w:t>објавити</w:t>
      </w:r>
      <w:proofErr w:type="spellEnd"/>
      <w:r>
        <w:t xml:space="preserve"> у „</w:t>
      </w:r>
      <w:proofErr w:type="spellStart"/>
      <w:r>
        <w:t>Службеном</w:t>
      </w:r>
      <w:proofErr w:type="spellEnd"/>
      <w:r>
        <w:t xml:space="preserve"> </w:t>
      </w:r>
      <w:proofErr w:type="spellStart"/>
      <w:r>
        <w:t>гласнику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Србије</w:t>
      </w:r>
      <w:proofErr w:type="spellEnd"/>
      <w:r>
        <w:t>“, „</w:t>
      </w:r>
      <w:proofErr w:type="spellStart"/>
      <w:r>
        <w:t>Службеном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Београда</w:t>
      </w:r>
      <w:proofErr w:type="spellEnd"/>
      <w:r>
        <w:t xml:space="preserve">“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интернет</w:t>
      </w:r>
      <w:proofErr w:type="spellEnd"/>
      <w:r>
        <w:t xml:space="preserve"> </w:t>
      </w:r>
      <w:proofErr w:type="spellStart"/>
      <w:r>
        <w:t>страници</w:t>
      </w:r>
      <w:proofErr w:type="spellEnd"/>
      <w:r>
        <w:t xml:space="preserve"> </w:t>
      </w:r>
      <w:proofErr w:type="spellStart"/>
      <w:r>
        <w:t>Градске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Вождовац</w:t>
      </w:r>
      <w:proofErr w:type="spellEnd"/>
      <w:r>
        <w:t xml:space="preserve">, и </w:t>
      </w:r>
      <w:proofErr w:type="spellStart"/>
      <w:r>
        <w:t>доставити</w:t>
      </w:r>
      <w:proofErr w:type="spellEnd"/>
      <w:r>
        <w:t xml:space="preserve"> </w:t>
      </w:r>
      <w:proofErr w:type="spellStart"/>
      <w:r>
        <w:t>именованом</w:t>
      </w:r>
      <w:proofErr w:type="spellEnd"/>
      <w:r>
        <w:t xml:space="preserve"> </w:t>
      </w:r>
      <w:proofErr w:type="spellStart"/>
      <w:r>
        <w:t>лицу</w:t>
      </w:r>
      <w:proofErr w:type="spellEnd"/>
      <w:r>
        <w:t>.</w:t>
      </w:r>
    </w:p>
    <w:p w:rsidR="006F3B1F" w:rsidRDefault="00C112E0">
      <w:pPr>
        <w:spacing w:line="240" w:lineRule="auto"/>
        <w:jc w:val="center"/>
      </w:pPr>
      <w:proofErr w:type="spellStart"/>
      <w:r>
        <w:t>Образложење</w:t>
      </w:r>
      <w:proofErr w:type="spellEnd"/>
    </w:p>
    <w:p w:rsidR="006F3B1F" w:rsidRDefault="00C112E0">
      <w:pPr>
        <w:spacing w:after="120" w:line="240" w:lineRule="auto"/>
        <w:ind w:firstLine="567"/>
        <w:jc w:val="both"/>
      </w:pPr>
      <w:proofErr w:type="spellStart"/>
      <w:proofErr w:type="gramStart"/>
      <w:r>
        <w:t>Чланом</w:t>
      </w:r>
      <w:proofErr w:type="spellEnd"/>
      <w:r>
        <w:t xml:space="preserve"> 24.</w:t>
      </w:r>
      <w:proofErr w:type="gramEnd"/>
      <w:r>
        <w:t xml:space="preserve"> </w:t>
      </w:r>
      <w:proofErr w:type="spellStart"/>
      <w:proofErr w:type="gramStart"/>
      <w:r>
        <w:t>став</w:t>
      </w:r>
      <w:proofErr w:type="spellEnd"/>
      <w:proofErr w:type="gramEnd"/>
      <w:r>
        <w:t xml:space="preserve"> 3. </w:t>
      </w:r>
      <w:proofErr w:type="gramStart"/>
      <w:r>
        <w:t>и</w:t>
      </w:r>
      <w:proofErr w:type="gramEnd"/>
      <w:r>
        <w:t xml:space="preserve"> </w:t>
      </w:r>
      <w:proofErr w:type="spellStart"/>
      <w:r>
        <w:t>чланом</w:t>
      </w:r>
      <w:proofErr w:type="spellEnd"/>
      <w:r>
        <w:t xml:space="preserve"> 41. </w:t>
      </w:r>
      <w:proofErr w:type="spellStart"/>
      <w:proofErr w:type="gramStart"/>
      <w:r>
        <w:t>став</w:t>
      </w:r>
      <w:proofErr w:type="spellEnd"/>
      <w:proofErr w:type="gramEnd"/>
      <w:r>
        <w:t xml:space="preserve"> 3. </w:t>
      </w:r>
      <w:proofErr w:type="spellStart"/>
      <w:proofErr w:type="gramStart"/>
      <w:r>
        <w:t>Закона</w:t>
      </w:r>
      <w:proofErr w:type="spellEnd"/>
      <w:r>
        <w:t xml:space="preserve"> о </w:t>
      </w:r>
      <w:proofErr w:type="spellStart"/>
      <w:r>
        <w:t>јавним</w:t>
      </w:r>
      <w:proofErr w:type="spellEnd"/>
      <w:r>
        <w:t xml:space="preserve"> </w:t>
      </w:r>
      <w:proofErr w:type="spellStart"/>
      <w:r>
        <w:t>предузећима</w:t>
      </w:r>
      <w:proofErr w:type="spellEnd"/>
      <w:r>
        <w:t xml:space="preserve">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РС“, </w:t>
      </w:r>
      <w:proofErr w:type="spellStart"/>
      <w:r>
        <w:t>бр</w:t>
      </w:r>
      <w:proofErr w:type="spellEnd"/>
      <w:r>
        <w:t xml:space="preserve">. 15/16 и 88/19), </w:t>
      </w:r>
      <w:proofErr w:type="spellStart"/>
      <w:r>
        <w:t>прописано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 </w:t>
      </w:r>
      <w:proofErr w:type="spellStart"/>
      <w:r>
        <w:t>чији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оснивач</w:t>
      </w:r>
      <w:proofErr w:type="spellEnd"/>
      <w:r>
        <w:t xml:space="preserve"> </w:t>
      </w:r>
      <w:proofErr w:type="spellStart"/>
      <w:r>
        <w:t>јединица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 </w:t>
      </w:r>
      <w:proofErr w:type="spellStart"/>
      <w:r>
        <w:t>именује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одређен</w:t>
      </w:r>
      <w:proofErr w:type="spellEnd"/>
      <w:r>
        <w:t xml:space="preserve"> </w:t>
      </w:r>
      <w:proofErr w:type="spellStart"/>
      <w:r>
        <w:t>статутом</w:t>
      </w:r>
      <w:proofErr w:type="spellEnd"/>
      <w:r>
        <w:t xml:space="preserve"> </w:t>
      </w:r>
      <w:proofErr w:type="spellStart"/>
      <w:r>
        <w:t>јединице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четири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спроведеног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јединице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>.</w:t>
      </w:r>
      <w:proofErr w:type="gramEnd"/>
    </w:p>
    <w:p w:rsidR="006F3B1F" w:rsidRDefault="00C112E0">
      <w:pPr>
        <w:spacing w:after="120" w:line="240" w:lineRule="auto"/>
        <w:ind w:firstLine="567"/>
        <w:jc w:val="both"/>
      </w:pPr>
      <w:proofErr w:type="spellStart"/>
      <w:proofErr w:type="gramStart"/>
      <w:r>
        <w:t>Скупштина</w:t>
      </w:r>
      <w:proofErr w:type="spellEnd"/>
      <w:r>
        <w:t xml:space="preserve"> </w:t>
      </w:r>
      <w:proofErr w:type="spellStart"/>
      <w:r>
        <w:t>градске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Вождовац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седници</w:t>
      </w:r>
      <w:proofErr w:type="spellEnd"/>
      <w:r>
        <w:t xml:space="preserve"> </w:t>
      </w:r>
      <w:proofErr w:type="spellStart"/>
      <w:r>
        <w:t>одржаној</w:t>
      </w:r>
      <w:proofErr w:type="spellEnd"/>
      <w:r>
        <w:t xml:space="preserve"> 1</w:t>
      </w:r>
      <w:r w:rsidR="003068CE">
        <w:rPr>
          <w:lang/>
        </w:rPr>
        <w:t>2</w:t>
      </w:r>
      <w:r>
        <w:t>.</w:t>
      </w:r>
      <w:proofErr w:type="gramEnd"/>
      <w:r>
        <w:t xml:space="preserve"> </w:t>
      </w:r>
      <w:r w:rsidR="003068CE">
        <w:rPr>
          <w:lang/>
        </w:rPr>
        <w:t>јуна</w:t>
      </w:r>
      <w:r>
        <w:t xml:space="preserve"> 202</w:t>
      </w:r>
      <w:r w:rsidR="003068CE">
        <w:rPr>
          <w:lang/>
        </w:rPr>
        <w:t>6</w:t>
      </w:r>
      <w:r>
        <w:t xml:space="preserve">. </w:t>
      </w:r>
      <w:proofErr w:type="spellStart"/>
      <w:proofErr w:type="gramStart"/>
      <w:r>
        <w:t>године</w:t>
      </w:r>
      <w:proofErr w:type="spellEnd"/>
      <w:proofErr w:type="gramEnd"/>
      <w:r>
        <w:t xml:space="preserve"> </w:t>
      </w:r>
      <w:proofErr w:type="spellStart"/>
      <w:r>
        <w:t>донела</w:t>
      </w:r>
      <w:proofErr w:type="spellEnd"/>
      <w:r>
        <w:t xml:space="preserve"> </w:t>
      </w:r>
      <w:proofErr w:type="spellStart"/>
      <w:r>
        <w:t>Одлуку</w:t>
      </w:r>
      <w:proofErr w:type="spellEnd"/>
      <w:r>
        <w:t xml:space="preserve"> о </w:t>
      </w:r>
      <w:proofErr w:type="spellStart"/>
      <w:r>
        <w:t>спровођењу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и </w:t>
      </w:r>
      <w:proofErr w:type="spellStart"/>
      <w:r>
        <w:t>именовање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ЈП „</w:t>
      </w:r>
      <w:proofErr w:type="spellStart"/>
      <w:r>
        <w:t>Пословни</w:t>
      </w:r>
      <w:proofErr w:type="spellEnd"/>
      <w:r>
        <w:t xml:space="preserve"> </w:t>
      </w:r>
      <w:proofErr w:type="spellStart"/>
      <w:r>
        <w:t>центар</w:t>
      </w:r>
      <w:proofErr w:type="spellEnd"/>
      <w:r>
        <w:t xml:space="preserve"> - </w:t>
      </w:r>
      <w:proofErr w:type="spellStart"/>
      <w:r>
        <w:t>Вождовац</w:t>
      </w:r>
      <w:proofErr w:type="spellEnd"/>
      <w:r>
        <w:t xml:space="preserve">“ I </w:t>
      </w:r>
      <w:proofErr w:type="spellStart"/>
      <w:r>
        <w:t>Број</w:t>
      </w:r>
      <w:proofErr w:type="spellEnd"/>
      <w:r>
        <w:t>: 020-1</w:t>
      </w:r>
      <w:r w:rsidR="003068CE">
        <w:rPr>
          <w:lang/>
        </w:rPr>
        <w:t>6</w:t>
      </w:r>
      <w:r>
        <w:t>/202</w:t>
      </w:r>
      <w:r w:rsidR="003068CE">
        <w:rPr>
          <w:lang/>
        </w:rPr>
        <w:t>6</w:t>
      </w:r>
      <w:r>
        <w:t xml:space="preserve">,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донела</w:t>
      </w:r>
      <w:proofErr w:type="spellEnd"/>
      <w:r>
        <w:t xml:space="preserve"> </w:t>
      </w:r>
      <w:proofErr w:type="spellStart"/>
      <w:r>
        <w:t>Решење</w:t>
      </w:r>
      <w:proofErr w:type="spellEnd"/>
      <w:r>
        <w:t xml:space="preserve"> о </w:t>
      </w:r>
      <w:proofErr w:type="spellStart"/>
      <w:r>
        <w:t>образовању</w:t>
      </w:r>
      <w:proofErr w:type="spellEnd"/>
      <w:r>
        <w:t xml:space="preserve"> </w:t>
      </w:r>
      <w:proofErr w:type="spellStart"/>
      <w:r>
        <w:t>Комисије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спровођење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ЈП „</w:t>
      </w:r>
      <w:proofErr w:type="spellStart"/>
      <w:r>
        <w:t>Пословни</w:t>
      </w:r>
      <w:proofErr w:type="spellEnd"/>
      <w:r>
        <w:t xml:space="preserve"> </w:t>
      </w:r>
      <w:proofErr w:type="spellStart"/>
      <w:r>
        <w:t>центар</w:t>
      </w:r>
      <w:proofErr w:type="spellEnd"/>
      <w:r>
        <w:t xml:space="preserve"> - </w:t>
      </w:r>
      <w:proofErr w:type="spellStart"/>
      <w:r>
        <w:t>Вождовац</w:t>
      </w:r>
      <w:proofErr w:type="spellEnd"/>
      <w:r>
        <w:t xml:space="preserve">“ I </w:t>
      </w:r>
      <w:proofErr w:type="spellStart"/>
      <w:r>
        <w:t>Број</w:t>
      </w:r>
      <w:proofErr w:type="spellEnd"/>
      <w:r>
        <w:t>: 020-1</w:t>
      </w:r>
      <w:r w:rsidR="003068CE">
        <w:rPr>
          <w:lang/>
        </w:rPr>
        <w:t>7</w:t>
      </w:r>
      <w:r>
        <w:t>/202</w:t>
      </w:r>
      <w:r w:rsidR="003068CE">
        <w:rPr>
          <w:lang/>
        </w:rPr>
        <w:t>6 од 12.јуна 2026.године</w:t>
      </w:r>
      <w:r>
        <w:t>.</w:t>
      </w:r>
    </w:p>
    <w:p w:rsidR="006F3B1F" w:rsidRDefault="00C112E0">
      <w:pPr>
        <w:spacing w:after="120" w:line="240" w:lineRule="auto"/>
        <w:ind w:firstLine="567"/>
        <w:jc w:val="both"/>
      </w:pPr>
      <w:proofErr w:type="spellStart"/>
      <w:proofErr w:type="gramStart"/>
      <w:r>
        <w:t>Оглас</w:t>
      </w:r>
      <w:proofErr w:type="spellEnd"/>
      <w:r>
        <w:t xml:space="preserve"> о </w:t>
      </w:r>
      <w:proofErr w:type="spellStart"/>
      <w:r>
        <w:t>спровођењу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објављен</w:t>
      </w:r>
      <w:proofErr w:type="spellEnd"/>
      <w:r>
        <w:t xml:space="preserve"> у „</w:t>
      </w:r>
      <w:proofErr w:type="spellStart"/>
      <w:r>
        <w:t>Службеном</w:t>
      </w:r>
      <w:proofErr w:type="spellEnd"/>
      <w:r>
        <w:t xml:space="preserve"> </w:t>
      </w:r>
      <w:proofErr w:type="spellStart"/>
      <w:r>
        <w:t>гласнику</w:t>
      </w:r>
      <w:proofErr w:type="spellEnd"/>
      <w:r>
        <w:t xml:space="preserve"> РС“, </w:t>
      </w:r>
      <w:proofErr w:type="spellStart"/>
      <w:r>
        <w:t>бр</w:t>
      </w:r>
      <w:proofErr w:type="spellEnd"/>
      <w:r>
        <w:t>.</w:t>
      </w:r>
      <w:proofErr w:type="gramEnd"/>
      <w:r>
        <w:t xml:space="preserve"> </w:t>
      </w:r>
      <w:r w:rsidR="003068CE">
        <w:rPr>
          <w:lang/>
        </w:rPr>
        <w:t>5</w:t>
      </w:r>
      <w:r>
        <w:t>7/2</w:t>
      </w:r>
      <w:r w:rsidR="003068CE">
        <w:rPr>
          <w:lang/>
        </w:rPr>
        <w:t>6</w:t>
      </w:r>
      <w:r>
        <w:t xml:space="preserve"> </w:t>
      </w:r>
      <w:proofErr w:type="spellStart"/>
      <w:r>
        <w:t>од</w:t>
      </w:r>
      <w:proofErr w:type="spellEnd"/>
      <w:r>
        <w:t xml:space="preserve"> 2</w:t>
      </w:r>
      <w:r w:rsidR="003068CE">
        <w:rPr>
          <w:lang/>
        </w:rPr>
        <w:t>6</w:t>
      </w:r>
      <w:r>
        <w:t xml:space="preserve">. </w:t>
      </w:r>
      <w:r w:rsidR="003068CE">
        <w:rPr>
          <w:lang/>
        </w:rPr>
        <w:t>јуна</w:t>
      </w:r>
      <w:r>
        <w:t xml:space="preserve"> 202</w:t>
      </w:r>
      <w:r w:rsidR="003068CE">
        <w:rPr>
          <w:lang/>
        </w:rPr>
        <w:t>6</w:t>
      </w:r>
      <w:r>
        <w:t xml:space="preserve">. </w:t>
      </w:r>
      <w:proofErr w:type="spellStart"/>
      <w:proofErr w:type="gramStart"/>
      <w:r>
        <w:t>године</w:t>
      </w:r>
      <w:proofErr w:type="spellEnd"/>
      <w:proofErr w:type="gramEnd"/>
      <w:r>
        <w:t xml:space="preserve">, у </w:t>
      </w:r>
      <w:proofErr w:type="spellStart"/>
      <w:r>
        <w:t>дневном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 xml:space="preserve"> „</w:t>
      </w:r>
      <w:proofErr w:type="spellStart"/>
      <w:r>
        <w:t>Српски</w:t>
      </w:r>
      <w:proofErr w:type="spellEnd"/>
      <w:r>
        <w:t xml:space="preserve"> </w:t>
      </w:r>
      <w:proofErr w:type="spellStart"/>
      <w:r>
        <w:t>телеграф</w:t>
      </w:r>
      <w:proofErr w:type="spellEnd"/>
      <w:r>
        <w:t xml:space="preserve">“ </w:t>
      </w:r>
      <w:proofErr w:type="spellStart"/>
      <w:r>
        <w:t>од</w:t>
      </w:r>
      <w:proofErr w:type="spellEnd"/>
      <w:r>
        <w:t xml:space="preserve"> </w:t>
      </w:r>
      <w:r w:rsidR="00C144C0">
        <w:t>20</w:t>
      </w:r>
      <w:r>
        <w:t xml:space="preserve">. </w:t>
      </w:r>
      <w:r w:rsidR="00C144C0">
        <w:rPr>
          <w:lang/>
        </w:rPr>
        <w:t>јун</w:t>
      </w:r>
      <w:r w:rsidR="00976885">
        <w:rPr>
          <w:lang/>
        </w:rPr>
        <w:t>а</w:t>
      </w:r>
      <w:r>
        <w:t xml:space="preserve"> 202</w:t>
      </w:r>
      <w:r w:rsidR="00C144C0">
        <w:rPr>
          <w:lang/>
        </w:rPr>
        <w:t>6</w:t>
      </w:r>
      <w:r>
        <w:t xml:space="preserve">. </w:t>
      </w:r>
      <w:proofErr w:type="spellStart"/>
      <w:proofErr w:type="gramStart"/>
      <w:r>
        <w:t>године</w:t>
      </w:r>
      <w:proofErr w:type="spellEnd"/>
      <w:proofErr w:type="gram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званичном</w:t>
      </w:r>
      <w:proofErr w:type="spellEnd"/>
      <w:r>
        <w:t xml:space="preserve"> </w:t>
      </w:r>
      <w:proofErr w:type="spellStart"/>
      <w:r>
        <w:t>сајту</w:t>
      </w:r>
      <w:proofErr w:type="spellEnd"/>
      <w:r>
        <w:t xml:space="preserve"> </w:t>
      </w:r>
      <w:proofErr w:type="spellStart"/>
      <w:r>
        <w:t>Градске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Вождовац</w:t>
      </w:r>
      <w:proofErr w:type="spellEnd"/>
      <w:r>
        <w:t>, 2</w:t>
      </w:r>
      <w:r w:rsidR="00C144C0">
        <w:rPr>
          <w:lang/>
        </w:rPr>
        <w:t>0</w:t>
      </w:r>
      <w:r>
        <w:t xml:space="preserve">. </w:t>
      </w:r>
      <w:r w:rsidR="00C144C0">
        <w:rPr>
          <w:lang/>
        </w:rPr>
        <w:t>јун</w:t>
      </w:r>
      <w:r w:rsidR="00976885">
        <w:rPr>
          <w:lang/>
        </w:rPr>
        <w:t>а</w:t>
      </w:r>
      <w:r>
        <w:t xml:space="preserve"> 202</w:t>
      </w:r>
      <w:r w:rsidR="00C144C0">
        <w:rPr>
          <w:lang/>
        </w:rPr>
        <w:t>6</w:t>
      </w:r>
      <w:r>
        <w:t xml:space="preserve">. </w:t>
      </w:r>
      <w:proofErr w:type="spellStart"/>
      <w:proofErr w:type="gramStart"/>
      <w:r>
        <w:t>године</w:t>
      </w:r>
      <w:proofErr w:type="spellEnd"/>
      <w:proofErr w:type="gramEnd"/>
      <w:r>
        <w:t xml:space="preserve">. </w:t>
      </w:r>
      <w:proofErr w:type="spellStart"/>
      <w:proofErr w:type="gram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достављање</w:t>
      </w:r>
      <w:proofErr w:type="spellEnd"/>
      <w:r>
        <w:t xml:space="preserve"> </w:t>
      </w:r>
      <w:proofErr w:type="spellStart"/>
      <w:r>
        <w:t>пријава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конкурсу</w:t>
      </w:r>
      <w:proofErr w:type="spellEnd"/>
      <w:r>
        <w:t xml:space="preserve"> </w:t>
      </w:r>
      <w:proofErr w:type="spellStart"/>
      <w:r>
        <w:t>био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закључно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2</w:t>
      </w:r>
      <w:r w:rsidR="00C144C0">
        <w:rPr>
          <w:lang/>
        </w:rPr>
        <w:t>6</w:t>
      </w:r>
      <w:r>
        <w:t>.</w:t>
      </w:r>
      <w:proofErr w:type="gramEnd"/>
      <w:r>
        <w:t xml:space="preserve"> </w:t>
      </w:r>
      <w:r w:rsidR="00C144C0">
        <w:rPr>
          <w:lang/>
        </w:rPr>
        <w:t>јулом</w:t>
      </w:r>
      <w:r>
        <w:t xml:space="preserve"> 202</w:t>
      </w:r>
      <w:r w:rsidR="00C144C0">
        <w:rPr>
          <w:lang/>
        </w:rPr>
        <w:t>6</w:t>
      </w:r>
      <w:r>
        <w:t xml:space="preserve">. </w:t>
      </w:r>
      <w:proofErr w:type="spellStart"/>
      <w:proofErr w:type="gramStart"/>
      <w:r>
        <w:t>године</w:t>
      </w:r>
      <w:proofErr w:type="spellEnd"/>
      <w:proofErr w:type="gramEnd"/>
      <w:r>
        <w:t>.</w:t>
      </w:r>
    </w:p>
    <w:p w:rsidR="00FB3626" w:rsidRDefault="00C112E0" w:rsidP="00FB3626">
      <w:pPr>
        <w:spacing w:after="120" w:line="240" w:lineRule="auto"/>
        <w:ind w:firstLine="567"/>
        <w:jc w:val="both"/>
      </w:pPr>
      <w:proofErr w:type="spellStart"/>
      <w:r>
        <w:t>Огласом</w:t>
      </w:r>
      <w:proofErr w:type="spellEnd"/>
      <w:r>
        <w:t xml:space="preserve"> о </w:t>
      </w:r>
      <w:proofErr w:type="spellStart"/>
      <w:r>
        <w:t>јавном</w:t>
      </w:r>
      <w:proofErr w:type="spellEnd"/>
      <w:r>
        <w:t xml:space="preserve"> </w:t>
      </w:r>
      <w:proofErr w:type="spellStart"/>
      <w:r>
        <w:t>конкурсу</w:t>
      </w:r>
      <w:proofErr w:type="spellEnd"/>
      <w:r>
        <w:t xml:space="preserve">,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осталог</w:t>
      </w:r>
      <w:proofErr w:type="spellEnd"/>
      <w:r>
        <w:t xml:space="preserve">, </w:t>
      </w:r>
      <w:proofErr w:type="spellStart"/>
      <w:r>
        <w:t>утврђени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и </w:t>
      </w:r>
      <w:proofErr w:type="spellStart"/>
      <w:r>
        <w:t>докази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достављају</w:t>
      </w:r>
      <w:proofErr w:type="spellEnd"/>
      <w:r>
        <w:t xml:space="preserve">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пријаву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стручна</w:t>
      </w:r>
      <w:proofErr w:type="spellEnd"/>
      <w:r>
        <w:t xml:space="preserve"> </w:t>
      </w:r>
      <w:proofErr w:type="spellStart"/>
      <w:r>
        <w:t>оспособљеност</w:t>
      </w:r>
      <w:proofErr w:type="spellEnd"/>
      <w:r>
        <w:t xml:space="preserve">, </w:t>
      </w:r>
      <w:proofErr w:type="spellStart"/>
      <w:r>
        <w:t>знања</w:t>
      </w:r>
      <w:proofErr w:type="spellEnd"/>
      <w:r>
        <w:t xml:space="preserve"> и </w:t>
      </w:r>
      <w:proofErr w:type="spellStart"/>
      <w:r>
        <w:t>вештине</w:t>
      </w:r>
      <w:proofErr w:type="spellEnd"/>
      <w:r>
        <w:t xml:space="preserve"> </w:t>
      </w:r>
      <w:proofErr w:type="spellStart"/>
      <w:r>
        <w:t>кандидата</w:t>
      </w:r>
      <w:proofErr w:type="spellEnd"/>
      <w:r>
        <w:t xml:space="preserve"> </w:t>
      </w:r>
      <w:proofErr w:type="spellStart"/>
      <w:r>
        <w:t>оцењивати</w:t>
      </w:r>
      <w:proofErr w:type="spellEnd"/>
      <w:r>
        <w:t xml:space="preserve"> у </w:t>
      </w:r>
      <w:proofErr w:type="spellStart"/>
      <w:r>
        <w:t>изборном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увидом</w:t>
      </w:r>
      <w:proofErr w:type="spellEnd"/>
      <w:r>
        <w:t xml:space="preserve"> у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и </w:t>
      </w:r>
      <w:proofErr w:type="spellStart"/>
      <w:r>
        <w:t>доказе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поднети</w:t>
      </w:r>
      <w:proofErr w:type="spellEnd"/>
      <w:r>
        <w:t xml:space="preserve">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пријаву</w:t>
      </w:r>
      <w:proofErr w:type="spellEnd"/>
      <w:r>
        <w:t xml:space="preserve">, </w:t>
      </w:r>
      <w:proofErr w:type="spellStart"/>
      <w:r>
        <w:t>писаном</w:t>
      </w:r>
      <w:proofErr w:type="spellEnd"/>
      <w:r>
        <w:t xml:space="preserve"> и </w:t>
      </w:r>
      <w:proofErr w:type="spellStart"/>
      <w:r>
        <w:t>усменом</w:t>
      </w:r>
      <w:proofErr w:type="spellEnd"/>
      <w:r>
        <w:t xml:space="preserve"> </w:t>
      </w:r>
      <w:proofErr w:type="spellStart"/>
      <w:r>
        <w:t>провером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одговарајући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потребама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уређује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</w:t>
      </w:r>
      <w:proofErr w:type="spellStart"/>
      <w:r>
        <w:t>положај</w:t>
      </w:r>
      <w:proofErr w:type="spellEnd"/>
      <w:r>
        <w:t xml:space="preserve"> </w:t>
      </w:r>
      <w:proofErr w:type="spellStart"/>
      <w:r>
        <w:t>јавних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 и </w:t>
      </w:r>
      <w:proofErr w:type="spellStart"/>
      <w:r>
        <w:t>Уредбом</w:t>
      </w:r>
      <w:proofErr w:type="spellEnd"/>
      <w:r>
        <w:t xml:space="preserve"> о </w:t>
      </w:r>
      <w:proofErr w:type="spellStart"/>
      <w:r>
        <w:t>мерилима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именовање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РС“, </w:t>
      </w:r>
      <w:proofErr w:type="spellStart"/>
      <w:r>
        <w:t>број</w:t>
      </w:r>
      <w:proofErr w:type="spellEnd"/>
      <w:r>
        <w:t xml:space="preserve"> 65/16).</w:t>
      </w:r>
    </w:p>
    <w:p w:rsidR="006F3B1F" w:rsidRDefault="00C112E0" w:rsidP="00FB3626">
      <w:pPr>
        <w:spacing w:after="120" w:line="240" w:lineRule="auto"/>
        <w:ind w:firstLine="567"/>
        <w:jc w:val="both"/>
      </w:pP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утврђеном</w:t>
      </w:r>
      <w:proofErr w:type="spellEnd"/>
      <w:r>
        <w:t xml:space="preserve"> </w:t>
      </w:r>
      <w:proofErr w:type="spellStart"/>
      <w:r>
        <w:t>јавним</w:t>
      </w:r>
      <w:proofErr w:type="spellEnd"/>
      <w:r>
        <w:t xml:space="preserve"> </w:t>
      </w:r>
      <w:proofErr w:type="spellStart"/>
      <w:r>
        <w:t>конкурсом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именовање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ЈП „</w:t>
      </w:r>
      <w:proofErr w:type="spellStart"/>
      <w:r>
        <w:t>Пословни</w:t>
      </w:r>
      <w:proofErr w:type="spellEnd"/>
      <w:r>
        <w:t xml:space="preserve"> </w:t>
      </w:r>
      <w:proofErr w:type="spellStart"/>
      <w:r>
        <w:t>центар</w:t>
      </w:r>
      <w:proofErr w:type="spellEnd"/>
      <w:r>
        <w:t xml:space="preserve"> - </w:t>
      </w:r>
      <w:proofErr w:type="spellStart"/>
      <w:r>
        <w:t>Вождовац</w:t>
      </w:r>
      <w:proofErr w:type="spellEnd"/>
      <w:proofErr w:type="gramStart"/>
      <w:r>
        <w:t xml:space="preserve">“ </w:t>
      </w:r>
      <w:proofErr w:type="spellStart"/>
      <w:r>
        <w:t>Вождовац</w:t>
      </w:r>
      <w:proofErr w:type="spellEnd"/>
      <w:proofErr w:type="gramEnd"/>
      <w:r>
        <w:t xml:space="preserve"> </w:t>
      </w:r>
      <w:proofErr w:type="spellStart"/>
      <w:r>
        <w:t>поднет</w:t>
      </w:r>
      <w:proofErr w:type="spellEnd"/>
      <w:r w:rsidR="00C144C0">
        <w:rPr>
          <w:lang/>
        </w:rPr>
        <w:t>а</w:t>
      </w:r>
      <w:r>
        <w:t xml:space="preserve"> </w:t>
      </w:r>
      <w:r w:rsidR="00C144C0">
        <w:rPr>
          <w:lang/>
        </w:rPr>
        <w:t>је једна</w:t>
      </w:r>
      <w:r>
        <w:t xml:space="preserve"> </w:t>
      </w:r>
      <w:proofErr w:type="spellStart"/>
      <w:r>
        <w:t>благовремен</w:t>
      </w:r>
      <w:proofErr w:type="spellEnd"/>
      <w:r w:rsidR="00C144C0">
        <w:rPr>
          <w:lang/>
        </w:rPr>
        <w:t>а</w:t>
      </w:r>
      <w:r>
        <w:t xml:space="preserve"> </w:t>
      </w:r>
      <w:proofErr w:type="spellStart"/>
      <w:r>
        <w:t>пријав</w:t>
      </w:r>
      <w:proofErr w:type="spellEnd"/>
      <w:r w:rsidR="00C144C0">
        <w:rPr>
          <w:lang/>
        </w:rPr>
        <w:t>а</w:t>
      </w:r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, и </w:t>
      </w:r>
      <w:proofErr w:type="spellStart"/>
      <w:r>
        <w:t>то</w:t>
      </w:r>
      <w:proofErr w:type="spellEnd"/>
      <w:r>
        <w:t>:</w:t>
      </w:r>
    </w:p>
    <w:p w:rsidR="006F3B1F" w:rsidRDefault="00C112E0">
      <w:pPr>
        <w:spacing w:after="120" w:line="240" w:lineRule="auto"/>
        <w:ind w:firstLine="567"/>
        <w:jc w:val="both"/>
      </w:pPr>
      <w:proofErr w:type="gramStart"/>
      <w:r>
        <w:t xml:space="preserve">- </w:t>
      </w:r>
      <w:proofErr w:type="spellStart"/>
      <w:r>
        <w:t>Милана</w:t>
      </w:r>
      <w:proofErr w:type="spellEnd"/>
      <w:r>
        <w:t xml:space="preserve"> </w:t>
      </w:r>
      <w:proofErr w:type="spellStart"/>
      <w:r>
        <w:t>Тадића</w:t>
      </w:r>
      <w:proofErr w:type="spellEnd"/>
      <w:r>
        <w:t xml:space="preserve">, </w:t>
      </w:r>
      <w:r w:rsidR="00C144C0">
        <w:rPr>
          <w:lang/>
        </w:rPr>
        <w:t>14</w:t>
      </w:r>
      <w:r>
        <w:t>.</w:t>
      </w:r>
      <w:r w:rsidR="00C144C0">
        <w:rPr>
          <w:lang/>
        </w:rPr>
        <w:t xml:space="preserve">јула </w:t>
      </w:r>
      <w:r>
        <w:t>202</w:t>
      </w:r>
      <w:r w:rsidR="00C144C0">
        <w:rPr>
          <w:lang/>
        </w:rPr>
        <w:t>6</w:t>
      </w:r>
      <w:r>
        <w:t>.</w:t>
      </w:r>
      <w:proofErr w:type="gramEnd"/>
      <w:r>
        <w:t xml:space="preserve"> </w:t>
      </w:r>
      <w:proofErr w:type="spellStart"/>
      <w:proofErr w:type="gramStart"/>
      <w:r>
        <w:t>године</w:t>
      </w:r>
      <w:proofErr w:type="spellEnd"/>
      <w:proofErr w:type="gramEnd"/>
      <w:r>
        <w:t xml:space="preserve"> у 1</w:t>
      </w:r>
      <w:r w:rsidR="00C144C0">
        <w:rPr>
          <w:lang/>
        </w:rPr>
        <w:t>4</w:t>
      </w:r>
      <w:r>
        <w:t>,</w:t>
      </w:r>
      <w:r w:rsidR="00C144C0">
        <w:rPr>
          <w:lang/>
        </w:rPr>
        <w:t>12</w:t>
      </w:r>
      <w:r>
        <w:t xml:space="preserve"> </w:t>
      </w:r>
      <w:proofErr w:type="spellStart"/>
      <w:r>
        <w:t>часова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бројем</w:t>
      </w:r>
      <w:proofErr w:type="spellEnd"/>
      <w:r>
        <w:t xml:space="preserve"> </w:t>
      </w:r>
      <w:r w:rsidR="00C144C0">
        <w:rPr>
          <w:lang/>
        </w:rPr>
        <w:t>08-1703</w:t>
      </w:r>
      <w:r>
        <w:t>,</w:t>
      </w:r>
    </w:p>
    <w:p w:rsidR="006F3B1F" w:rsidRDefault="00C112E0">
      <w:pPr>
        <w:spacing w:after="120" w:line="240" w:lineRule="auto"/>
        <w:ind w:firstLine="567"/>
        <w:jc w:val="both"/>
      </w:pPr>
      <w:proofErr w:type="spellStart"/>
      <w:proofErr w:type="gramStart"/>
      <w:r>
        <w:t>Комисија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r w:rsidR="00C144C0">
        <w:rPr>
          <w:lang/>
        </w:rPr>
        <w:t>30</w:t>
      </w:r>
      <w:r>
        <w:t>.</w:t>
      </w:r>
      <w:proofErr w:type="gramEnd"/>
      <w:r>
        <w:t xml:space="preserve"> </w:t>
      </w:r>
      <w:r w:rsidR="00C144C0">
        <w:rPr>
          <w:lang/>
        </w:rPr>
        <w:t>јула</w:t>
      </w:r>
      <w:r>
        <w:t xml:space="preserve"> 202</w:t>
      </w:r>
      <w:r w:rsidR="00C144C0">
        <w:rPr>
          <w:lang/>
        </w:rPr>
        <w:t>6</w:t>
      </w:r>
      <w:r>
        <w:t xml:space="preserve">. </w:t>
      </w:r>
      <w:proofErr w:type="spellStart"/>
      <w:proofErr w:type="gramStart"/>
      <w:r>
        <w:t>године</w:t>
      </w:r>
      <w:proofErr w:type="spellEnd"/>
      <w:proofErr w:type="gramEnd"/>
      <w:r>
        <w:t xml:space="preserve"> </w:t>
      </w:r>
      <w:proofErr w:type="spellStart"/>
      <w:r>
        <w:t>одржала</w:t>
      </w:r>
      <w:proofErr w:type="spellEnd"/>
      <w:r>
        <w:t xml:space="preserve"> </w:t>
      </w:r>
      <w:proofErr w:type="spellStart"/>
      <w:r>
        <w:t>своју</w:t>
      </w:r>
      <w:proofErr w:type="spellEnd"/>
      <w:r>
        <w:t xml:space="preserve"> </w:t>
      </w:r>
      <w:proofErr w:type="spellStart"/>
      <w:r>
        <w:t>прву</w:t>
      </w:r>
      <w:proofErr w:type="spellEnd"/>
      <w:r>
        <w:t xml:space="preserve"> </w:t>
      </w:r>
      <w:proofErr w:type="spellStart"/>
      <w:r>
        <w:t>седницу</w:t>
      </w:r>
      <w:proofErr w:type="spellEnd"/>
      <w:r>
        <w:t xml:space="preserve">, </w:t>
      </w:r>
      <w:proofErr w:type="spellStart"/>
      <w:r>
        <w:t>извршила</w:t>
      </w:r>
      <w:proofErr w:type="spellEnd"/>
      <w:r>
        <w:t xml:space="preserve"> </w:t>
      </w:r>
      <w:proofErr w:type="spellStart"/>
      <w:r>
        <w:t>увид</w:t>
      </w:r>
      <w:proofErr w:type="spellEnd"/>
      <w:r>
        <w:t xml:space="preserve"> у </w:t>
      </w:r>
      <w:proofErr w:type="spellStart"/>
      <w:r>
        <w:t>приложену</w:t>
      </w:r>
      <w:proofErr w:type="spellEnd"/>
      <w:r>
        <w:t xml:space="preserve"> </w:t>
      </w:r>
      <w:proofErr w:type="spellStart"/>
      <w:r>
        <w:t>документацију</w:t>
      </w:r>
      <w:proofErr w:type="spellEnd"/>
      <w:r>
        <w:t xml:space="preserve">,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констатовала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пријава</w:t>
      </w:r>
      <w:proofErr w:type="spellEnd"/>
      <w:r>
        <w:t xml:space="preserve"> </w:t>
      </w:r>
      <w:proofErr w:type="spellStart"/>
      <w:r>
        <w:t>Милана</w:t>
      </w:r>
      <w:proofErr w:type="spellEnd"/>
      <w:r>
        <w:t xml:space="preserve"> </w:t>
      </w:r>
      <w:proofErr w:type="spellStart"/>
      <w:r>
        <w:t>Тадића</w:t>
      </w:r>
      <w:proofErr w:type="spellEnd"/>
      <w:r>
        <w:t xml:space="preserve"> </w:t>
      </w:r>
      <w:proofErr w:type="spellStart"/>
      <w:r>
        <w:t>потпуна</w:t>
      </w:r>
      <w:proofErr w:type="spellEnd"/>
      <w:r>
        <w:t>.</w:t>
      </w:r>
    </w:p>
    <w:p w:rsidR="006F3B1F" w:rsidRDefault="00C112E0">
      <w:pPr>
        <w:spacing w:after="120" w:line="240" w:lineRule="auto"/>
        <w:ind w:firstLine="567"/>
        <w:jc w:val="both"/>
      </w:pPr>
      <w:proofErr w:type="spellStart"/>
      <w:proofErr w:type="gramStart"/>
      <w:r>
        <w:lastRenderedPageBreak/>
        <w:t>Истог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, </w:t>
      </w:r>
      <w:proofErr w:type="spellStart"/>
      <w:r>
        <w:t>председница</w:t>
      </w:r>
      <w:proofErr w:type="spellEnd"/>
      <w:r>
        <w:t xml:space="preserve"> </w:t>
      </w:r>
      <w:proofErr w:type="spellStart"/>
      <w:r>
        <w:t>Комисије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обавестила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испуњава</w:t>
      </w:r>
      <w:proofErr w:type="spellEnd"/>
      <w:r>
        <w:t xml:space="preserve"> </w:t>
      </w:r>
      <w:proofErr w:type="spellStart"/>
      <w:r>
        <w:t>услове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започиње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изборним</w:t>
      </w:r>
      <w:proofErr w:type="spellEnd"/>
      <w:r>
        <w:t xml:space="preserve"> </w:t>
      </w:r>
      <w:proofErr w:type="spellStart"/>
      <w:r>
        <w:t>поступком</w:t>
      </w:r>
      <w:proofErr w:type="spellEnd"/>
      <w:r>
        <w:t xml:space="preserve">,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позвала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усмени</w:t>
      </w:r>
      <w:proofErr w:type="spellEnd"/>
      <w:r>
        <w:t xml:space="preserve"> </w:t>
      </w:r>
      <w:proofErr w:type="spellStart"/>
      <w:r>
        <w:t>разговор</w:t>
      </w:r>
      <w:proofErr w:type="spellEnd"/>
      <w:r>
        <w:t xml:space="preserve"> и </w:t>
      </w:r>
      <w:proofErr w:type="spellStart"/>
      <w:r>
        <w:t>проверу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оспособљености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1</w:t>
      </w:r>
      <w:r w:rsidR="002A1BB3">
        <w:rPr>
          <w:lang/>
        </w:rPr>
        <w:t>0</w:t>
      </w:r>
      <w:r>
        <w:t>.</w:t>
      </w:r>
      <w:proofErr w:type="gramEnd"/>
      <w:r>
        <w:t xml:space="preserve"> </w:t>
      </w:r>
      <w:r w:rsidR="002A1BB3">
        <w:rPr>
          <w:lang/>
        </w:rPr>
        <w:t>август</w:t>
      </w:r>
      <w:r>
        <w:t xml:space="preserve"> 202</w:t>
      </w:r>
      <w:r w:rsidR="002A1BB3">
        <w:rPr>
          <w:lang/>
        </w:rPr>
        <w:t>6</w:t>
      </w:r>
      <w:r>
        <w:t xml:space="preserve">. </w:t>
      </w:r>
      <w:proofErr w:type="spellStart"/>
      <w:proofErr w:type="gramStart"/>
      <w:r>
        <w:t>године</w:t>
      </w:r>
      <w:proofErr w:type="spellEnd"/>
      <w:proofErr w:type="gramEnd"/>
      <w:r>
        <w:t>.</w:t>
      </w:r>
    </w:p>
    <w:p w:rsidR="006F3B1F" w:rsidRDefault="00C112E0">
      <w:pPr>
        <w:spacing w:after="120" w:line="240" w:lineRule="auto"/>
        <w:ind w:firstLine="567"/>
        <w:jc w:val="both"/>
      </w:pPr>
      <w:proofErr w:type="spellStart"/>
      <w:proofErr w:type="gramStart"/>
      <w:r>
        <w:t>Комисија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1</w:t>
      </w:r>
      <w:r w:rsidR="002A1BB3">
        <w:rPr>
          <w:lang/>
        </w:rPr>
        <w:t>0</w:t>
      </w:r>
      <w:r>
        <w:t>.</w:t>
      </w:r>
      <w:proofErr w:type="gramEnd"/>
      <w:r>
        <w:t xml:space="preserve"> </w:t>
      </w:r>
      <w:r w:rsidR="002A1BB3">
        <w:rPr>
          <w:lang/>
        </w:rPr>
        <w:t>августа</w:t>
      </w:r>
      <w:r>
        <w:t xml:space="preserve"> 202</w:t>
      </w:r>
      <w:r w:rsidR="002A1BB3">
        <w:rPr>
          <w:lang/>
        </w:rPr>
        <w:t>6</w:t>
      </w:r>
      <w:r>
        <w:t xml:space="preserve">. </w:t>
      </w:r>
      <w:proofErr w:type="spellStart"/>
      <w:proofErr w:type="gramStart"/>
      <w:r>
        <w:t>године</w:t>
      </w:r>
      <w:proofErr w:type="spellEnd"/>
      <w:proofErr w:type="gramEnd"/>
      <w:r>
        <w:t xml:space="preserve"> </w:t>
      </w:r>
      <w:proofErr w:type="spellStart"/>
      <w:r>
        <w:t>обавила</w:t>
      </w:r>
      <w:proofErr w:type="spellEnd"/>
      <w:r>
        <w:t xml:space="preserve"> </w:t>
      </w:r>
      <w:proofErr w:type="spellStart"/>
      <w:r>
        <w:t>усмени</w:t>
      </w:r>
      <w:proofErr w:type="spellEnd"/>
      <w:r>
        <w:t xml:space="preserve"> </w:t>
      </w:r>
      <w:proofErr w:type="spellStart"/>
      <w:r>
        <w:t>разговор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кандидатом</w:t>
      </w:r>
      <w:proofErr w:type="spellEnd"/>
      <w:r>
        <w:t xml:space="preserve">. </w:t>
      </w:r>
      <w:proofErr w:type="spellStart"/>
      <w:proofErr w:type="gramStart"/>
      <w:r>
        <w:t>Ангажовала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стручно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проверу</w:t>
      </w:r>
      <w:proofErr w:type="spellEnd"/>
      <w:r>
        <w:t xml:space="preserve"> </w:t>
      </w:r>
      <w:proofErr w:type="spellStart"/>
      <w:r>
        <w:t>оспособљености</w:t>
      </w:r>
      <w:proofErr w:type="spellEnd"/>
      <w:r>
        <w:t xml:space="preserve"> </w:t>
      </w:r>
      <w:proofErr w:type="spellStart"/>
      <w:r>
        <w:t>кандидата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рачунару</w:t>
      </w:r>
      <w:proofErr w:type="spellEnd"/>
      <w:r>
        <w:t>.</w:t>
      </w:r>
      <w:proofErr w:type="gramEnd"/>
    </w:p>
    <w:p w:rsidR="006F3B1F" w:rsidRDefault="00C112E0" w:rsidP="002A1BB3">
      <w:pPr>
        <w:spacing w:after="120" w:line="240" w:lineRule="auto"/>
        <w:ind w:firstLine="567"/>
        <w:jc w:val="both"/>
      </w:pPr>
      <w:proofErr w:type="spellStart"/>
      <w:proofErr w:type="gramStart"/>
      <w:r>
        <w:t>Такође</w:t>
      </w:r>
      <w:proofErr w:type="spellEnd"/>
      <w:r>
        <w:t xml:space="preserve">, </w:t>
      </w:r>
      <w:proofErr w:type="spellStart"/>
      <w:r>
        <w:t>Комисија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усменом</w:t>
      </w:r>
      <w:proofErr w:type="spellEnd"/>
      <w:r>
        <w:t xml:space="preserve"> </w:t>
      </w:r>
      <w:proofErr w:type="spellStart"/>
      <w:r>
        <w:t>разговору</w:t>
      </w:r>
      <w:proofErr w:type="spellEnd"/>
      <w:r>
        <w:t xml:space="preserve"> </w:t>
      </w:r>
      <w:proofErr w:type="spellStart"/>
      <w:r>
        <w:t>приступила</w:t>
      </w:r>
      <w:proofErr w:type="spellEnd"/>
      <w:r>
        <w:t xml:space="preserve"> </w:t>
      </w:r>
      <w:proofErr w:type="spellStart"/>
      <w:r>
        <w:t>оцени</w:t>
      </w:r>
      <w:proofErr w:type="spellEnd"/>
      <w:r>
        <w:t xml:space="preserve"> </w:t>
      </w:r>
      <w:proofErr w:type="spellStart"/>
      <w:r>
        <w:t>вештине</w:t>
      </w:r>
      <w:proofErr w:type="spellEnd"/>
      <w:r>
        <w:t xml:space="preserve"> </w:t>
      </w:r>
      <w:proofErr w:type="spellStart"/>
      <w:r>
        <w:t>аналитичког</w:t>
      </w:r>
      <w:proofErr w:type="spellEnd"/>
      <w:r>
        <w:t xml:space="preserve"> </w:t>
      </w:r>
      <w:proofErr w:type="spellStart"/>
      <w:r>
        <w:t>резоновања</w:t>
      </w:r>
      <w:proofErr w:type="spellEnd"/>
      <w:r>
        <w:t xml:space="preserve"> и </w:t>
      </w:r>
      <w:proofErr w:type="spellStart"/>
      <w:r>
        <w:t>логичког</w:t>
      </w:r>
      <w:proofErr w:type="spellEnd"/>
      <w:r>
        <w:t xml:space="preserve"> </w:t>
      </w:r>
      <w:proofErr w:type="spellStart"/>
      <w:r>
        <w:t>закључивања</w:t>
      </w:r>
      <w:proofErr w:type="spellEnd"/>
      <w:r>
        <w:t xml:space="preserve">, </w:t>
      </w:r>
      <w:proofErr w:type="spellStart"/>
      <w:r>
        <w:t>вештине</w:t>
      </w:r>
      <w:proofErr w:type="spellEnd"/>
      <w:r>
        <w:t xml:space="preserve"> </w:t>
      </w:r>
      <w:proofErr w:type="spellStart"/>
      <w:r>
        <w:t>руковођења</w:t>
      </w:r>
      <w:proofErr w:type="spellEnd"/>
      <w:r>
        <w:t xml:space="preserve">, </w:t>
      </w:r>
      <w:proofErr w:type="spellStart"/>
      <w:r>
        <w:t>организационих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, </w:t>
      </w:r>
      <w:proofErr w:type="spellStart"/>
      <w:r>
        <w:t>вештине</w:t>
      </w:r>
      <w:proofErr w:type="spellEnd"/>
      <w:r>
        <w:t xml:space="preserve"> </w:t>
      </w:r>
      <w:proofErr w:type="spellStart"/>
      <w:r>
        <w:t>комуникације</w:t>
      </w:r>
      <w:proofErr w:type="spellEnd"/>
      <w:r>
        <w:t xml:space="preserve"> у </w:t>
      </w:r>
      <w:proofErr w:type="spellStart"/>
      <w:r>
        <w:t>међуљудским</w:t>
      </w:r>
      <w:proofErr w:type="spellEnd"/>
      <w:r>
        <w:t xml:space="preserve"> </w:t>
      </w:r>
      <w:proofErr w:type="spellStart"/>
      <w:r>
        <w:t>односима</w:t>
      </w:r>
      <w:proofErr w:type="spellEnd"/>
      <w:r>
        <w:t xml:space="preserve">, </w:t>
      </w:r>
      <w:proofErr w:type="spellStart"/>
      <w:r>
        <w:t>вештине</w:t>
      </w:r>
      <w:proofErr w:type="spellEnd"/>
      <w:r>
        <w:t xml:space="preserve"> </w:t>
      </w:r>
      <w:proofErr w:type="spellStart"/>
      <w:r>
        <w:t>стратешког</w:t>
      </w:r>
      <w:proofErr w:type="spellEnd"/>
      <w:r>
        <w:t xml:space="preserve"> </w:t>
      </w:r>
      <w:proofErr w:type="spellStart"/>
      <w:r>
        <w:t>планирања</w:t>
      </w:r>
      <w:proofErr w:type="spellEnd"/>
      <w:r>
        <w:t xml:space="preserve"> и </w:t>
      </w:r>
      <w:proofErr w:type="spellStart"/>
      <w:r>
        <w:t>управљања</w:t>
      </w:r>
      <w:proofErr w:type="spellEnd"/>
      <w:r>
        <w:t xml:space="preserve"> и </w:t>
      </w:r>
      <w:proofErr w:type="spellStart"/>
      <w:r>
        <w:t>вештине</w:t>
      </w:r>
      <w:proofErr w:type="spellEnd"/>
      <w:r>
        <w:t xml:space="preserve"> </w:t>
      </w:r>
      <w:proofErr w:type="spellStart"/>
      <w:r>
        <w:t>управљања</w:t>
      </w:r>
      <w:proofErr w:type="spellEnd"/>
      <w:r>
        <w:t xml:space="preserve"> </w:t>
      </w:r>
      <w:proofErr w:type="spellStart"/>
      <w:r>
        <w:t>ресурсима</w:t>
      </w:r>
      <w:proofErr w:type="spellEnd"/>
      <w:r>
        <w:t xml:space="preserve"> (</w:t>
      </w:r>
      <w:proofErr w:type="spellStart"/>
      <w:r>
        <w:t>материјалним</w:t>
      </w:r>
      <w:proofErr w:type="spellEnd"/>
      <w:r>
        <w:t xml:space="preserve">, </w:t>
      </w:r>
      <w:proofErr w:type="spellStart"/>
      <w:r>
        <w:t>финансијским</w:t>
      </w:r>
      <w:proofErr w:type="spellEnd"/>
      <w:r>
        <w:t xml:space="preserve">, </w:t>
      </w:r>
      <w:proofErr w:type="spellStart"/>
      <w:r>
        <w:t>кадровским</w:t>
      </w:r>
      <w:proofErr w:type="spellEnd"/>
      <w:r>
        <w:t xml:space="preserve"> и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ресурсима</w:t>
      </w:r>
      <w:proofErr w:type="spellEnd"/>
      <w:r>
        <w:t xml:space="preserve"> </w:t>
      </w:r>
      <w:proofErr w:type="spellStart"/>
      <w:r>
        <w:t>значајним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>).</w:t>
      </w:r>
      <w:proofErr w:type="gramEnd"/>
      <w:r>
        <w:t xml:space="preserve"> </w:t>
      </w:r>
      <w:proofErr w:type="spellStart"/>
      <w:proofErr w:type="gramStart"/>
      <w:r>
        <w:t>Истовремено</w:t>
      </w:r>
      <w:proofErr w:type="spellEnd"/>
      <w:r>
        <w:t xml:space="preserve">, </w:t>
      </w:r>
      <w:proofErr w:type="spellStart"/>
      <w:r>
        <w:t>узела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обзир</w:t>
      </w:r>
      <w:proofErr w:type="spellEnd"/>
      <w:r>
        <w:t xml:space="preserve"> </w:t>
      </w:r>
      <w:proofErr w:type="spellStart"/>
      <w:r>
        <w:t>чињеницу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обављао</w:t>
      </w:r>
      <w:proofErr w:type="spellEnd"/>
      <w:r>
        <w:t xml:space="preserve"> </w:t>
      </w:r>
      <w:proofErr w:type="spellStart"/>
      <w:r>
        <w:t>функцију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вршиоца</w:t>
      </w:r>
      <w:proofErr w:type="spellEnd"/>
      <w:r>
        <w:t xml:space="preserve"> </w:t>
      </w:r>
      <w:proofErr w:type="spellStart"/>
      <w:r>
        <w:t>дужности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истог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,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 у </w:t>
      </w:r>
      <w:proofErr w:type="spellStart"/>
      <w:r>
        <w:t>истом</w:t>
      </w:r>
      <w:proofErr w:type="spellEnd"/>
      <w:r>
        <w:t xml:space="preserve"> </w:t>
      </w:r>
      <w:proofErr w:type="spellStart"/>
      <w:r>
        <w:t>периоду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врло</w:t>
      </w:r>
      <w:proofErr w:type="spellEnd"/>
      <w:r>
        <w:t xml:space="preserve"> </w:t>
      </w:r>
      <w:proofErr w:type="spellStart"/>
      <w:r>
        <w:t>задовољавајућем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>.</w:t>
      </w:r>
      <w:proofErr w:type="gramEnd"/>
      <w:r>
        <w:t xml:space="preserve"> </w:t>
      </w:r>
      <w:proofErr w:type="spellStart"/>
      <w:r>
        <w:t>Дакле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спроведеног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Комисија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утврдила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пријављени</w:t>
      </w:r>
      <w:proofErr w:type="spellEnd"/>
      <w:r>
        <w:t xml:space="preserve"> </w:t>
      </w:r>
      <w:proofErr w:type="spellStart"/>
      <w:r>
        <w:t>Милан</w:t>
      </w:r>
      <w:proofErr w:type="spellEnd"/>
      <w:r>
        <w:t xml:space="preserve"> </w:t>
      </w:r>
      <w:proofErr w:type="spellStart"/>
      <w:r>
        <w:t>Тадић</w:t>
      </w:r>
      <w:proofErr w:type="spellEnd"/>
      <w:r>
        <w:t xml:space="preserve">,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благовременом</w:t>
      </w:r>
      <w:proofErr w:type="spellEnd"/>
      <w:r>
        <w:t xml:space="preserve">, </w:t>
      </w:r>
      <w:proofErr w:type="spellStart"/>
      <w:r>
        <w:t>потпуном</w:t>
      </w:r>
      <w:proofErr w:type="spellEnd"/>
      <w:r>
        <w:t xml:space="preserve"> и </w:t>
      </w:r>
      <w:proofErr w:type="spellStart"/>
      <w:r>
        <w:t>разумљивом</w:t>
      </w:r>
      <w:proofErr w:type="spellEnd"/>
      <w:r>
        <w:t xml:space="preserve"> </w:t>
      </w:r>
      <w:proofErr w:type="spellStart"/>
      <w:r>
        <w:t>пријавом</w:t>
      </w:r>
      <w:proofErr w:type="spellEnd"/>
      <w:r>
        <w:t xml:space="preserve">, </w:t>
      </w:r>
      <w:proofErr w:type="spellStart"/>
      <w:r>
        <w:t>испуњава</w:t>
      </w:r>
      <w:proofErr w:type="spellEnd"/>
      <w:r>
        <w:t xml:space="preserve"> </w:t>
      </w:r>
      <w:proofErr w:type="spellStart"/>
      <w:r>
        <w:t>мерила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бројчано</w:t>
      </w:r>
      <w:proofErr w:type="spellEnd"/>
      <w:r>
        <w:t xml:space="preserve"> </w:t>
      </w:r>
      <w:proofErr w:type="spellStart"/>
      <w:r>
        <w:t>исказаних</w:t>
      </w:r>
      <w:proofErr w:type="spellEnd"/>
      <w:r>
        <w:t xml:space="preserve"> </w:t>
      </w:r>
      <w:proofErr w:type="spellStart"/>
      <w:r>
        <w:t>резултата</w:t>
      </w:r>
      <w:proofErr w:type="spellEnd"/>
      <w:r>
        <w:t xml:space="preserve">, </w:t>
      </w:r>
      <w:proofErr w:type="spellStart"/>
      <w:r>
        <w:t>просечном</w:t>
      </w:r>
      <w:proofErr w:type="spellEnd"/>
      <w:r>
        <w:t xml:space="preserve"> </w:t>
      </w:r>
      <w:proofErr w:type="spellStart"/>
      <w:r>
        <w:t>оценом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оспособљености</w:t>
      </w:r>
      <w:proofErr w:type="spellEnd"/>
      <w:r>
        <w:t xml:space="preserve">, </w:t>
      </w:r>
      <w:proofErr w:type="spellStart"/>
      <w:r>
        <w:t>знања</w:t>
      </w:r>
      <w:proofErr w:type="spellEnd"/>
      <w:r>
        <w:t xml:space="preserve"> и </w:t>
      </w:r>
      <w:proofErr w:type="spellStart"/>
      <w:r>
        <w:t>вештина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3,00,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оценом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рачунару</w:t>
      </w:r>
      <w:proofErr w:type="spellEnd"/>
      <w:r>
        <w:t xml:space="preserve"> и </w:t>
      </w:r>
      <w:proofErr w:type="spellStart"/>
      <w:r>
        <w:t>др</w:t>
      </w:r>
      <w:proofErr w:type="spellEnd"/>
      <w:r>
        <w:t xml:space="preserve">. </w:t>
      </w:r>
      <w:proofErr w:type="spellStart"/>
      <w:proofErr w:type="gramStart"/>
      <w:r>
        <w:t>вештина</w:t>
      </w:r>
      <w:proofErr w:type="spellEnd"/>
      <w:proofErr w:type="gram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квалификацијом</w:t>
      </w:r>
      <w:proofErr w:type="spellEnd"/>
      <w:r>
        <w:t xml:space="preserve"> „у </w:t>
      </w:r>
      <w:proofErr w:type="spellStart"/>
      <w:r>
        <w:t>потпуности</w:t>
      </w:r>
      <w:proofErr w:type="spellEnd"/>
      <w:r>
        <w:t xml:space="preserve"> </w:t>
      </w:r>
      <w:proofErr w:type="spellStart"/>
      <w:r>
        <w:t>задовољава</w:t>
      </w:r>
      <w:proofErr w:type="spellEnd"/>
      <w:r>
        <w:t>“.</w:t>
      </w:r>
    </w:p>
    <w:p w:rsidR="006F3B1F" w:rsidRDefault="00C112E0">
      <w:pPr>
        <w:spacing w:after="120" w:line="240" w:lineRule="auto"/>
        <w:ind w:firstLine="567"/>
        <w:jc w:val="both"/>
      </w:pPr>
      <w:proofErr w:type="spellStart"/>
      <w:r>
        <w:t>Стога</w:t>
      </w:r>
      <w:proofErr w:type="spellEnd"/>
      <w:r>
        <w:t xml:space="preserve">, </w:t>
      </w:r>
      <w:proofErr w:type="spellStart"/>
      <w:r>
        <w:t>Комисија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својој</w:t>
      </w:r>
      <w:proofErr w:type="spellEnd"/>
      <w:r>
        <w:t xml:space="preserve"> </w:t>
      </w:r>
      <w:proofErr w:type="spellStart"/>
      <w:r>
        <w:t>трећој</w:t>
      </w:r>
      <w:proofErr w:type="spellEnd"/>
      <w:r>
        <w:t xml:space="preserve"> </w:t>
      </w:r>
      <w:proofErr w:type="spellStart"/>
      <w:r>
        <w:t>седници</w:t>
      </w:r>
      <w:proofErr w:type="spellEnd"/>
      <w:r>
        <w:t xml:space="preserve"> </w:t>
      </w:r>
      <w:proofErr w:type="spellStart"/>
      <w:r>
        <w:t>саставила</w:t>
      </w:r>
      <w:proofErr w:type="spellEnd"/>
      <w:r>
        <w:t xml:space="preserve"> </w:t>
      </w:r>
      <w:proofErr w:type="spellStart"/>
      <w:r>
        <w:t>ранг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именовање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ЈП „</w:t>
      </w:r>
      <w:proofErr w:type="spellStart"/>
      <w:r>
        <w:t>Пословни</w:t>
      </w:r>
      <w:proofErr w:type="spellEnd"/>
      <w:r>
        <w:t xml:space="preserve"> </w:t>
      </w:r>
      <w:proofErr w:type="spellStart"/>
      <w:r>
        <w:t>центар</w:t>
      </w:r>
      <w:proofErr w:type="spellEnd"/>
      <w:r>
        <w:t xml:space="preserve"> - </w:t>
      </w:r>
      <w:proofErr w:type="spellStart"/>
      <w:r>
        <w:t>Вождовац</w:t>
      </w:r>
      <w:proofErr w:type="spellEnd"/>
      <w:proofErr w:type="gramStart"/>
      <w:r>
        <w:t xml:space="preserve">“ </w:t>
      </w:r>
      <w:proofErr w:type="spellStart"/>
      <w:r>
        <w:t>са</w:t>
      </w:r>
      <w:proofErr w:type="spellEnd"/>
      <w:proofErr w:type="gramEnd"/>
      <w:r>
        <w:t xml:space="preserve"> </w:t>
      </w:r>
      <w:proofErr w:type="spellStart"/>
      <w:r>
        <w:t>једним</w:t>
      </w:r>
      <w:proofErr w:type="spellEnd"/>
      <w:r>
        <w:t xml:space="preserve"> </w:t>
      </w:r>
      <w:proofErr w:type="spellStart"/>
      <w:r>
        <w:t>кандидатом</w:t>
      </w:r>
      <w:proofErr w:type="spellEnd"/>
      <w:r>
        <w:t xml:space="preserve">, </w:t>
      </w:r>
      <w:proofErr w:type="spellStart"/>
      <w:r>
        <w:t>Миланом</w:t>
      </w:r>
      <w:proofErr w:type="spellEnd"/>
      <w:r>
        <w:t xml:space="preserve"> </w:t>
      </w:r>
      <w:proofErr w:type="spellStart"/>
      <w:r>
        <w:t>Тадићем</w:t>
      </w:r>
      <w:proofErr w:type="spellEnd"/>
      <w:r>
        <w:t xml:space="preserve">, </w:t>
      </w:r>
      <w:proofErr w:type="spellStart"/>
      <w:r>
        <w:t>дипл</w:t>
      </w:r>
      <w:proofErr w:type="spellEnd"/>
      <w:r>
        <w:t xml:space="preserve">. </w:t>
      </w:r>
      <w:proofErr w:type="spellStart"/>
      <w:proofErr w:type="gramStart"/>
      <w:r>
        <w:t>економистом</w:t>
      </w:r>
      <w:proofErr w:type="spellEnd"/>
      <w:proofErr w:type="gram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Београда</w:t>
      </w:r>
      <w:proofErr w:type="spellEnd"/>
      <w:r>
        <w:t xml:space="preserve">, и </w:t>
      </w:r>
      <w:proofErr w:type="spellStart"/>
      <w:r>
        <w:t>исту</w:t>
      </w:r>
      <w:proofErr w:type="spellEnd"/>
      <w:r>
        <w:t xml:space="preserve"> </w:t>
      </w:r>
      <w:proofErr w:type="spellStart"/>
      <w:r>
        <w:t>ранг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записницима</w:t>
      </w:r>
      <w:proofErr w:type="spellEnd"/>
      <w:r>
        <w:t xml:space="preserve"> о </w:t>
      </w:r>
      <w:proofErr w:type="spellStart"/>
      <w:r>
        <w:t>спроведеном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доставила</w:t>
      </w:r>
      <w:proofErr w:type="spellEnd"/>
      <w:r>
        <w:t xml:space="preserve"> </w:t>
      </w:r>
      <w:proofErr w:type="spellStart"/>
      <w:r>
        <w:t>Већу</w:t>
      </w:r>
      <w:proofErr w:type="spellEnd"/>
      <w:r>
        <w:t xml:space="preserve"> </w:t>
      </w:r>
      <w:proofErr w:type="spellStart"/>
      <w:r>
        <w:t>градске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Вождовац</w:t>
      </w:r>
      <w:proofErr w:type="spellEnd"/>
      <w:r>
        <w:t>.</w:t>
      </w:r>
    </w:p>
    <w:p w:rsidR="006F3B1F" w:rsidRDefault="00C112E0">
      <w:pPr>
        <w:spacing w:after="120" w:line="240" w:lineRule="auto"/>
        <w:ind w:firstLine="567"/>
        <w:jc w:val="both"/>
      </w:pPr>
      <w:proofErr w:type="spellStart"/>
      <w:proofErr w:type="gramStart"/>
      <w:r>
        <w:t>Веће</w:t>
      </w:r>
      <w:proofErr w:type="spellEnd"/>
      <w:r>
        <w:t xml:space="preserve"> </w:t>
      </w:r>
      <w:proofErr w:type="spellStart"/>
      <w:r>
        <w:t>градске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Вождовац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овлашћени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седници</w:t>
      </w:r>
      <w:proofErr w:type="spellEnd"/>
      <w:r>
        <w:t xml:space="preserve"> </w:t>
      </w:r>
      <w:proofErr w:type="spellStart"/>
      <w:r>
        <w:t>одржаној</w:t>
      </w:r>
      <w:proofErr w:type="spellEnd"/>
      <w:r>
        <w:t xml:space="preserve"> </w:t>
      </w:r>
      <w:r w:rsidR="00FB3626">
        <w:rPr>
          <w:lang/>
        </w:rPr>
        <w:t>27</w:t>
      </w:r>
      <w:r w:rsidR="002A1BB3">
        <w:rPr>
          <w:lang/>
        </w:rPr>
        <w:t>.</w:t>
      </w:r>
      <w:proofErr w:type="gramEnd"/>
      <w:r w:rsidR="002A1BB3">
        <w:rPr>
          <w:lang/>
        </w:rPr>
        <w:t xml:space="preserve"> </w:t>
      </w:r>
      <w:r>
        <w:rPr>
          <w:lang/>
        </w:rPr>
        <w:t>а</w:t>
      </w:r>
      <w:r w:rsidR="002A1BB3">
        <w:rPr>
          <w:lang/>
        </w:rPr>
        <w:t>вгуста 2026</w:t>
      </w:r>
      <w:r>
        <w:t xml:space="preserve">. </w:t>
      </w:r>
      <w:proofErr w:type="spellStart"/>
      <w:proofErr w:type="gramStart"/>
      <w:r>
        <w:t>године</w:t>
      </w:r>
      <w:proofErr w:type="spellEnd"/>
      <w:proofErr w:type="gramEnd"/>
      <w:r>
        <w:t xml:space="preserve">, </w:t>
      </w:r>
      <w:proofErr w:type="spellStart"/>
      <w:r>
        <w:t>сагласно</w:t>
      </w:r>
      <w:proofErr w:type="spellEnd"/>
      <w:r>
        <w:t xml:space="preserve"> </w:t>
      </w:r>
      <w:proofErr w:type="spellStart"/>
      <w:r>
        <w:t>члану</w:t>
      </w:r>
      <w:proofErr w:type="spellEnd"/>
      <w:r>
        <w:t xml:space="preserve"> 41. </w:t>
      </w:r>
      <w:proofErr w:type="spellStart"/>
      <w:proofErr w:type="gramStart"/>
      <w:r>
        <w:t>став</w:t>
      </w:r>
      <w:proofErr w:type="spellEnd"/>
      <w:proofErr w:type="gramEnd"/>
      <w:r>
        <w:t xml:space="preserve"> 3. </w:t>
      </w:r>
      <w:r w:rsidR="001E6923">
        <w:rPr>
          <w:lang/>
        </w:rPr>
        <w:t xml:space="preserve">и став 4. </w:t>
      </w:r>
      <w:proofErr w:type="spellStart"/>
      <w:proofErr w:type="gramStart"/>
      <w:r>
        <w:t>Закона</w:t>
      </w:r>
      <w:proofErr w:type="spellEnd"/>
      <w:r>
        <w:t xml:space="preserve"> о </w:t>
      </w:r>
      <w:proofErr w:type="spellStart"/>
      <w:r>
        <w:t>јавним</w:t>
      </w:r>
      <w:proofErr w:type="spellEnd"/>
      <w:r>
        <w:t xml:space="preserve"> </w:t>
      </w:r>
      <w:proofErr w:type="spellStart"/>
      <w:r>
        <w:t>предузећима</w:t>
      </w:r>
      <w:proofErr w:type="spellEnd"/>
      <w:r w:rsidR="00FB3626">
        <w:t xml:space="preserve"> </w:t>
      </w:r>
      <w:r w:rsidR="00FB3626">
        <w:rPr>
          <w:lang/>
        </w:rPr>
        <w:t xml:space="preserve">и </w:t>
      </w:r>
      <w:r w:rsidR="00976885">
        <w:rPr>
          <w:lang/>
        </w:rPr>
        <w:t>чл.</w:t>
      </w:r>
      <w:proofErr w:type="gramEnd"/>
      <w:r w:rsidR="00976885">
        <w:rPr>
          <w:lang/>
        </w:rPr>
        <w:t xml:space="preserve"> 50. Статута градске општине Вождовац – пречишћен текст („Сл. Лист града Београда 96/19)</w:t>
      </w:r>
      <w:r w:rsidR="00976885">
        <w:rPr>
          <w:lang/>
        </w:rPr>
        <w:t xml:space="preserve">, </w:t>
      </w:r>
      <w:proofErr w:type="spellStart"/>
      <w:r>
        <w:t>утврдило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Решења</w:t>
      </w:r>
      <w:proofErr w:type="spellEnd"/>
      <w:r>
        <w:t xml:space="preserve"> о </w:t>
      </w:r>
      <w:proofErr w:type="spellStart"/>
      <w:r>
        <w:t>именовању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достављене</w:t>
      </w:r>
      <w:proofErr w:type="spellEnd"/>
      <w:r>
        <w:t xml:space="preserve"> </w:t>
      </w:r>
      <w:proofErr w:type="spellStart"/>
      <w:r>
        <w:t>ранг-листе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ЈП „</w:t>
      </w:r>
      <w:proofErr w:type="spellStart"/>
      <w:r>
        <w:t>Пословни</w:t>
      </w:r>
      <w:proofErr w:type="spellEnd"/>
      <w:r>
        <w:t xml:space="preserve"> </w:t>
      </w:r>
      <w:proofErr w:type="spellStart"/>
      <w:r>
        <w:t>центар</w:t>
      </w:r>
      <w:proofErr w:type="spellEnd"/>
      <w:r>
        <w:t xml:space="preserve"> - </w:t>
      </w:r>
      <w:proofErr w:type="spellStart"/>
      <w:r>
        <w:t>Вождовац</w:t>
      </w:r>
      <w:proofErr w:type="spellEnd"/>
      <w:r>
        <w:t xml:space="preserve">“,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гласи</w:t>
      </w:r>
      <w:proofErr w:type="spellEnd"/>
      <w:r>
        <w:t xml:space="preserve"> у </w:t>
      </w:r>
      <w:proofErr w:type="spellStart"/>
      <w:r>
        <w:t>диспозитиву</w:t>
      </w:r>
      <w:proofErr w:type="spellEnd"/>
      <w:r>
        <w:t xml:space="preserve"> и </w:t>
      </w:r>
      <w:proofErr w:type="spellStart"/>
      <w:r>
        <w:t>исти</w:t>
      </w:r>
      <w:proofErr w:type="spellEnd"/>
      <w:r>
        <w:t xml:space="preserve">  </w:t>
      </w:r>
      <w:proofErr w:type="spellStart"/>
      <w:r>
        <w:t>достав</w:t>
      </w:r>
      <w:proofErr w:type="spellEnd"/>
      <w:r w:rsidR="00976885">
        <w:rPr>
          <w:lang/>
        </w:rPr>
        <w:t>ља</w:t>
      </w:r>
      <w:r>
        <w:t xml:space="preserve"> </w:t>
      </w:r>
      <w:proofErr w:type="spellStart"/>
      <w:r>
        <w:t>одборницима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t xml:space="preserve"> </w:t>
      </w:r>
      <w:proofErr w:type="spellStart"/>
      <w:r>
        <w:t>градске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Вождовац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разматрање</w:t>
      </w:r>
      <w:proofErr w:type="spellEnd"/>
      <w:r>
        <w:t xml:space="preserve"> и </w:t>
      </w:r>
      <w:proofErr w:type="spellStart"/>
      <w:r>
        <w:t>усвајање</w:t>
      </w:r>
      <w:proofErr w:type="spellEnd"/>
      <w:r>
        <w:t>.</w:t>
      </w:r>
    </w:p>
    <w:p w:rsidR="006F3B1F" w:rsidRDefault="00C112E0" w:rsidP="00C112E0">
      <w:pPr>
        <w:jc w:val="both"/>
        <w:rPr>
          <w:lang/>
        </w:rPr>
      </w:pPr>
      <w:r>
        <w:rPr>
          <w:lang/>
        </w:rPr>
        <w:tab/>
      </w:r>
      <w:r w:rsidR="001E6923">
        <w:rPr>
          <w:lang/>
        </w:rPr>
        <w:t xml:space="preserve"> </w:t>
      </w:r>
    </w:p>
    <w:p w:rsidR="001B3E8E" w:rsidRPr="001B3E8E" w:rsidRDefault="001B3E8E" w:rsidP="001B3E8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B3E8E">
        <w:rPr>
          <w:rFonts w:ascii="Times New Roman" w:hAnsi="Times New Roman" w:cs="Times New Roman"/>
          <w:sz w:val="24"/>
          <w:szCs w:val="24"/>
        </w:rPr>
        <w:t>СКУПШТИНА ГРАДСКЕ ОПШТИНЕ ВОЖДОВАЦ</w:t>
      </w:r>
    </w:p>
    <w:p w:rsidR="001B3E8E" w:rsidRPr="001B3E8E" w:rsidRDefault="001B3E8E" w:rsidP="001B3E8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B3E8E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proofErr w:type="spellStart"/>
      <w:r w:rsidRPr="001B3E8E">
        <w:rPr>
          <w:rFonts w:ascii="Times New Roman" w:hAnsi="Times New Roman" w:cs="Times New Roman"/>
          <w:color w:val="000000"/>
          <w:sz w:val="24"/>
          <w:szCs w:val="24"/>
        </w:rPr>
        <w:t>Број</w:t>
      </w:r>
      <w:proofErr w:type="spellEnd"/>
      <w:r w:rsidRPr="001B3E8E">
        <w:rPr>
          <w:rFonts w:ascii="Times New Roman" w:hAnsi="Times New Roman" w:cs="Times New Roman"/>
          <w:color w:val="000000"/>
          <w:sz w:val="24"/>
          <w:szCs w:val="24"/>
        </w:rPr>
        <w:t>: 020-</w:t>
      </w:r>
      <w:r w:rsidR="00D2652E">
        <w:rPr>
          <w:rFonts w:ascii="Times New Roman" w:hAnsi="Times New Roman" w:cs="Times New Roman"/>
          <w:color w:val="000000"/>
          <w:sz w:val="24"/>
          <w:szCs w:val="24"/>
          <w:lang/>
        </w:rPr>
        <w:t>20</w:t>
      </w:r>
      <w:r w:rsidRPr="001B3E8E">
        <w:rPr>
          <w:rFonts w:ascii="Times New Roman" w:hAnsi="Times New Roman" w:cs="Times New Roman"/>
          <w:color w:val="000000"/>
          <w:sz w:val="24"/>
          <w:szCs w:val="24"/>
        </w:rPr>
        <w:t xml:space="preserve">/2026  </w:t>
      </w:r>
      <w:proofErr w:type="spellStart"/>
      <w:r w:rsidRPr="001B3E8E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1B3E8E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/>
        </w:rPr>
        <w:t>07.</w:t>
      </w:r>
      <w:r w:rsidRPr="001B3E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/>
        </w:rPr>
        <w:t>септембр</w:t>
      </w:r>
      <w:r w:rsidRPr="001B3E8E">
        <w:rPr>
          <w:rFonts w:ascii="Times New Roman" w:hAnsi="Times New Roman" w:cs="Times New Roman"/>
          <w:color w:val="000000"/>
          <w:sz w:val="24"/>
          <w:szCs w:val="24"/>
        </w:rPr>
        <w:t xml:space="preserve">а 2026. </w:t>
      </w:r>
      <w:proofErr w:type="spellStart"/>
      <w:proofErr w:type="gramStart"/>
      <w:r w:rsidRPr="001B3E8E">
        <w:rPr>
          <w:rFonts w:ascii="Times New Roman" w:hAnsi="Times New Roman" w:cs="Times New Roman"/>
          <w:color w:val="000000"/>
          <w:sz w:val="24"/>
          <w:szCs w:val="24"/>
        </w:rPr>
        <w:t>године</w:t>
      </w:r>
      <w:proofErr w:type="spellEnd"/>
      <w:proofErr w:type="gramEnd"/>
    </w:p>
    <w:p w:rsidR="001B3E8E" w:rsidRDefault="001B3E8E" w:rsidP="001B3E8E">
      <w:pPr>
        <w:ind w:left="720"/>
        <w:jc w:val="center"/>
        <w:rPr>
          <w:b/>
          <w:sz w:val="23"/>
          <w:szCs w:val="23"/>
        </w:rPr>
      </w:pPr>
    </w:p>
    <w:p w:rsidR="001B3E8E" w:rsidRPr="00DB150B" w:rsidRDefault="001B3E8E" w:rsidP="00DB15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B150B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DB150B">
        <w:rPr>
          <w:rFonts w:ascii="Times New Roman" w:hAnsi="Times New Roman" w:cs="Times New Roman"/>
          <w:sz w:val="24"/>
          <w:szCs w:val="24"/>
        </w:rPr>
        <w:t>Тачност</w:t>
      </w:r>
      <w:proofErr w:type="spellEnd"/>
      <w:r w:rsidRPr="00DB15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150B">
        <w:rPr>
          <w:rFonts w:ascii="Times New Roman" w:hAnsi="Times New Roman" w:cs="Times New Roman"/>
          <w:sz w:val="24"/>
          <w:szCs w:val="24"/>
        </w:rPr>
        <w:t>отправка</w:t>
      </w:r>
      <w:proofErr w:type="spellEnd"/>
      <w:r w:rsidRPr="00DB15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150B">
        <w:rPr>
          <w:rFonts w:ascii="Times New Roman" w:hAnsi="Times New Roman" w:cs="Times New Roman"/>
          <w:sz w:val="24"/>
          <w:szCs w:val="24"/>
        </w:rPr>
        <w:t>оверава</w:t>
      </w:r>
      <w:proofErr w:type="spellEnd"/>
      <w:r w:rsidRPr="00DB150B">
        <w:rPr>
          <w:rFonts w:ascii="Times New Roman" w:hAnsi="Times New Roman" w:cs="Times New Roman"/>
          <w:sz w:val="24"/>
          <w:szCs w:val="24"/>
        </w:rPr>
        <w:t>:</w:t>
      </w:r>
    </w:p>
    <w:p w:rsidR="001B3E8E" w:rsidRPr="00DB150B" w:rsidRDefault="001B3E8E" w:rsidP="00DB15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B150B">
        <w:rPr>
          <w:rFonts w:ascii="Times New Roman" w:hAnsi="Times New Roman" w:cs="Times New Roman"/>
          <w:sz w:val="24"/>
          <w:szCs w:val="24"/>
        </w:rPr>
        <w:t xml:space="preserve">       СЕКРЕТАР СКУПШТИНЕ                                  </w:t>
      </w:r>
      <w:r w:rsidR="00DB150B">
        <w:rPr>
          <w:rFonts w:ascii="Times New Roman" w:hAnsi="Times New Roman" w:cs="Times New Roman"/>
          <w:sz w:val="24"/>
          <w:szCs w:val="24"/>
        </w:rPr>
        <w:tab/>
      </w:r>
      <w:r w:rsidRPr="00DB150B">
        <w:rPr>
          <w:rFonts w:ascii="Times New Roman" w:hAnsi="Times New Roman" w:cs="Times New Roman"/>
          <w:sz w:val="24"/>
          <w:szCs w:val="24"/>
        </w:rPr>
        <w:t>ПРЕДСЕДНИК СКУПШТИНЕ</w:t>
      </w:r>
    </w:p>
    <w:p w:rsidR="001B3E8E" w:rsidRPr="00DB150B" w:rsidRDefault="001B3E8E" w:rsidP="00DB15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B150B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proofErr w:type="gramStart"/>
      <w:r w:rsidRPr="00DB150B">
        <w:rPr>
          <w:rFonts w:ascii="Times New Roman" w:hAnsi="Times New Roman" w:cs="Times New Roman"/>
          <w:sz w:val="24"/>
          <w:szCs w:val="24"/>
        </w:rPr>
        <w:t>Нина</w:t>
      </w:r>
      <w:proofErr w:type="spellEnd"/>
      <w:r w:rsidRPr="00DB15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150B">
        <w:rPr>
          <w:rFonts w:ascii="Times New Roman" w:hAnsi="Times New Roman" w:cs="Times New Roman"/>
          <w:sz w:val="24"/>
          <w:szCs w:val="24"/>
        </w:rPr>
        <w:t>Ракоњац</w:t>
      </w:r>
      <w:proofErr w:type="spellEnd"/>
      <w:r w:rsidRPr="00DB15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150B">
        <w:rPr>
          <w:rFonts w:ascii="Times New Roman" w:hAnsi="Times New Roman" w:cs="Times New Roman"/>
          <w:sz w:val="24"/>
          <w:szCs w:val="24"/>
        </w:rPr>
        <w:t>дипл</w:t>
      </w:r>
      <w:proofErr w:type="spellEnd"/>
      <w:r w:rsidRPr="00DB150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B15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150B">
        <w:rPr>
          <w:rFonts w:ascii="Times New Roman" w:hAnsi="Times New Roman" w:cs="Times New Roman"/>
          <w:sz w:val="24"/>
          <w:szCs w:val="24"/>
        </w:rPr>
        <w:t>правник</w:t>
      </w:r>
      <w:proofErr w:type="spellEnd"/>
      <w:proofErr w:type="gramEnd"/>
      <w:r w:rsidRPr="00DB150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DB150B">
        <w:rPr>
          <w:rFonts w:ascii="Times New Roman" w:hAnsi="Times New Roman" w:cs="Times New Roman"/>
          <w:sz w:val="24"/>
          <w:szCs w:val="24"/>
        </w:rPr>
        <w:tab/>
      </w:r>
      <w:r w:rsidR="00DB150B">
        <w:rPr>
          <w:rFonts w:ascii="Times New Roman" w:hAnsi="Times New Roman" w:cs="Times New Roman"/>
          <w:sz w:val="24"/>
          <w:szCs w:val="24"/>
          <w:lang/>
        </w:rPr>
        <w:t xml:space="preserve">  </w:t>
      </w:r>
      <w:proofErr w:type="spellStart"/>
      <w:r w:rsidRPr="00DB150B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DB15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150B">
        <w:rPr>
          <w:rFonts w:ascii="Times New Roman" w:hAnsi="Times New Roman" w:cs="Times New Roman"/>
          <w:sz w:val="24"/>
          <w:szCs w:val="24"/>
        </w:rPr>
        <w:t>Слађан</w:t>
      </w:r>
      <w:proofErr w:type="spellEnd"/>
      <w:r w:rsidRPr="00DB15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150B">
        <w:rPr>
          <w:rFonts w:ascii="Times New Roman" w:hAnsi="Times New Roman" w:cs="Times New Roman"/>
          <w:sz w:val="24"/>
          <w:szCs w:val="24"/>
        </w:rPr>
        <w:t>Тимотијевић</w:t>
      </w:r>
      <w:proofErr w:type="spellEnd"/>
      <w:r w:rsidRPr="00DB15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150B">
        <w:rPr>
          <w:rFonts w:ascii="Times New Roman" w:hAnsi="Times New Roman" w:cs="Times New Roman"/>
          <w:sz w:val="24"/>
          <w:szCs w:val="24"/>
        </w:rPr>
        <w:t>с.р</w:t>
      </w:r>
      <w:proofErr w:type="spellEnd"/>
      <w:r w:rsidRPr="00DB150B">
        <w:rPr>
          <w:rFonts w:ascii="Times New Roman" w:hAnsi="Times New Roman" w:cs="Times New Roman"/>
          <w:sz w:val="24"/>
          <w:szCs w:val="24"/>
        </w:rPr>
        <w:t>.</w:t>
      </w:r>
    </w:p>
    <w:p w:rsidR="00C112E0" w:rsidRPr="00C112E0" w:rsidRDefault="00C112E0" w:rsidP="001B3E8E">
      <w:pPr>
        <w:spacing w:after="0" w:line="240" w:lineRule="auto"/>
        <w:jc w:val="right"/>
        <w:rPr>
          <w:lang/>
        </w:rPr>
      </w:pPr>
    </w:p>
    <w:sectPr w:rsidR="00C112E0" w:rsidRPr="00C112E0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34F25"/>
    <w:rsid w:val="0006063C"/>
    <w:rsid w:val="0015074B"/>
    <w:rsid w:val="001B3E8E"/>
    <w:rsid w:val="001E6923"/>
    <w:rsid w:val="0029639D"/>
    <w:rsid w:val="002A1BB3"/>
    <w:rsid w:val="003068CE"/>
    <w:rsid w:val="00326F90"/>
    <w:rsid w:val="004C4E47"/>
    <w:rsid w:val="006F3B1F"/>
    <w:rsid w:val="00976885"/>
    <w:rsid w:val="009C42EC"/>
    <w:rsid w:val="00AA1D8D"/>
    <w:rsid w:val="00AC7E41"/>
    <w:rsid w:val="00B47730"/>
    <w:rsid w:val="00C112E0"/>
    <w:rsid w:val="00C144C0"/>
    <w:rsid w:val="00CB0664"/>
    <w:rsid w:val="00D2652E"/>
    <w:rsid w:val="00DB150B"/>
    <w:rsid w:val="00E47D47"/>
    <w:rsid w:val="00FB3626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5F4A43-A06E-43A4-8F46-A8FB8D890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5358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aleksandra.d.jovanov</cp:lastModifiedBy>
  <cp:revision>5</cp:revision>
  <cp:lastPrinted>2026-08-26T10:16:00Z</cp:lastPrinted>
  <dcterms:created xsi:type="dcterms:W3CDTF">2026-09-03T12:44:00Z</dcterms:created>
  <dcterms:modified xsi:type="dcterms:W3CDTF">2026-09-04T14:45:00Z</dcterms:modified>
  <cp:category/>
</cp:coreProperties>
</file>